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"ידיים של זהב"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הסיפור ואת הרגשות של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של עבודת צוות וספורטיבאות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אירועי הסיפור לפי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נכנס גול בין הרגליים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שוערת טובה קמה אחרי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כדי לעצור את המשחק ולעזור לשחקן שנפל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מיכל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תיקו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תמר היא השוערת של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יונתן ישב לידה ואמר שהם נופלים וקמים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קפצה ימינה ותפסה את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עומר שיחק בקבוצת הנמרים הירוקים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לתפקיד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(שוערת)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(מאמנת)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(חלוצה)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(שחקן קבוצת הנמרים)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רצה למגרש הקטן אחרי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הנמרים הבקיעו גול בדקה החמישית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יונתן מעודד את תמר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תמר בועטת את הכדור החוצה כדי לעזור לשחקן שנפל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תמר תופסת את בעיטת העונשין בסוף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לשיחה ולכתיבה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יונתן עודד אותה ואמר שהם קבוצה; דנה הסבירה ששוערת טובה קמה אחרי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חשוב שהתלמיד יסביר את עמדתו ויתייחס לערך של עזרה לשחקן נפגע גם במחיר אולי להפסיד 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תמר - השוערת של הכוכבים הכחולים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עבודת צוות, ספורטיבאות, קימה אחרי 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תמר בעטה את הכדור החוצה כדי לעצור את המשחק ולעזור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שיחה קצרה על ערך הספורטיבאות לפני חלק השאלות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מומלץ לתת לתלמידים לגזור ולהדביק את המשפטים לפי הסדר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"ידיים של זהב"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שוב על תמר, השוערת של הכוכבים הכחולים. נענה על שאלות קצרות ונסדר את הדברים שקרו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שוערת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השחקנית ששומרת על השער ולא נותנת לכדור להיכנס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שחקנית שתפקידה להבקיע גולים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שמחבר בין ההגנה להתקפה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מאמנת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שמדריכה ומלמדת את 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בעיטת עונשין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בעיטה מיוחדת שניתנת אחרי עבירה ליד השער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כשהתוצאה שווה ואף קבוצה לא מנצחת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שתפקידו לעצור את הקבוצה היריבה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שקובע את חוקי המשחק ומעניש על עבירות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תמר הייתה עצובה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הייתה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נכנס גול בין הרגליים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סבתא קראה לה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דנה אמרה שחשוב בשוערת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שוערת טובה אף פעם לא טועה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שוערת טובה קמה אחרי 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שוערת טובה משחקת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שוערת טובה לא מדברת עם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תמר הוציאה את הכדור מהמגרש?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לקבל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פחדה מהכדור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לעצור את המשחק ולעזור לשחקן שנפל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השופט ביקש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כבשה גול לכחולים?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סבתא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הייתה התוצאה הסופית?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הכחולים ניצחו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הנמרים ניצחו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המשחק בוטל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היא החלוצה של קבוצת הכוכבים הכחולים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עודד את תמר אחרי שספגה גול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תפסה את בעיטת העונשין בסוף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שיחק בקבוצה של תמר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היא ה__________ של קבוצת הכוכבים הכחולים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הקבוצה היריבה נקראת הנמרים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היא החלוצה שהבקיעה גול לכחולים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המשחק נגמר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לתפקיד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יונתן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שוערת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שחקן קבוצת הנמרים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מאמנת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אירועי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בועטת את הכדור החוצה כדי לעזור לשחקן שנפל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תופסת את בעיטת העונשין בסוף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הנמרים הבקיעו גול בדקה החמישית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רצה למגרש הקטן אחרי 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מעודד את תמר בהפסקה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לשיחה ולכתיבה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עזר לתמר לחזור לשער אחרי הטעות? כתבו שני דברים מהסיפור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הייתם עושים כמו תמר כשעומר נפל? הסבירו את 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הדמות הראשית בסיפור ומה תפקידה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ערך אחד שהסיפור מלמד אותנו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כשהשחקן מהנמרים נפל על המגרש?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"ידיים של זהב"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