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עבודת צוות וספורטיבאות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נכנס גול בין הרגליים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לעצור את המשחק ולעזור לשחקן שנפל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יונתן ישב לידה ואמר שהם נופלים וקמים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עומר שיחק בקבוצת הנמרים הירוקים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(שוערת)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(מאמנת)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הנמרים הבקיעו גול בדקה החמישית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מעודד את תמר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לשיחה ולכתיבה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עודד אותה ואמר שהם קבוצה; דנה הסבירה ששוערת טובה קמה אחרי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- השוערת של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עבודת צוות, ספורטיבאות, קימה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בעטה את הכדור החוצה כדי לעצור את המשחק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על ערך הספורטיבאות לפני חלק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לתת לתלמידים לגזור ולהדביק את המשפטים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נחזור לסיפור על תמר השוערת ונבדוק כמה הבנו אותו - מה קרה במשחק, מה הרגישו הדמויות ואילו ערכים הסיפור מלמד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שוערת  ·  מיכל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תמר רצתה להפסיק לשחק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היא הייתה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נכנס גול בין הרגליים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סבתא קראה לה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תמר בעטה את הכדור החוצה מהמגרש?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לקבל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היא פחדה מהכדור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לעצור את המשחק ולעזור לשחקן שנפל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עודד את תמר אחרי שספגה 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שיחק בקבוצה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היא ה__________ של קבוצת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החלוצה שהבקיעה גול לכחולים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מאמנת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שוערת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מעודד את תמר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רצה למגרש הקטן אחרי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הנמרים הבקיעו גול בדקה החמישית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לשיחה ולכתיבה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עזר לתמר לחזור לשער אחרי הטעות? כתבו שני דברים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הדמות הראשית בסיפור ומה תפקידה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ערך אחד שהסיפור מלמד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